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1E0F" w14:textId="77777777" w:rsidR="001C1CB7" w:rsidRPr="00FC4F41" w:rsidRDefault="001C1CB7">
      <w:pPr>
        <w:jc w:val="center"/>
        <w:rPr>
          <w:rFonts w:asciiTheme="majorHAnsi" w:hAnsiTheme="majorHAnsi" w:cstheme="majorHAnsi"/>
          <w:b/>
        </w:rPr>
      </w:pPr>
    </w:p>
    <w:p w14:paraId="17B2FB9F" w14:textId="5758709D" w:rsidR="00315957" w:rsidRPr="00FC4F41" w:rsidRDefault="00000000">
      <w:pPr>
        <w:jc w:val="center"/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  <w:b/>
        </w:rPr>
        <w:t>ČESTNÉ PROHLÁŠENÍ O TRENÉRSKÉ PRAXI</w:t>
      </w:r>
    </w:p>
    <w:p w14:paraId="486BBD48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684947AC" w14:textId="77777777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Já, níže podepsaný/á:</w:t>
      </w:r>
    </w:p>
    <w:p w14:paraId="5E4F8D7D" w14:textId="3599C9E8" w:rsidR="00315957" w:rsidRPr="00FC4F41" w:rsidRDefault="00000000">
      <w:pPr>
        <w:rPr>
          <w:rFonts w:asciiTheme="majorHAnsi" w:hAnsiTheme="majorHAnsi" w:cstheme="majorHAnsi"/>
        </w:rPr>
      </w:pPr>
      <w:proofErr w:type="spellStart"/>
      <w:r w:rsidRPr="00FC4F41">
        <w:rPr>
          <w:rFonts w:asciiTheme="majorHAnsi" w:hAnsiTheme="majorHAnsi" w:cstheme="majorHAnsi"/>
        </w:rPr>
        <w:t>Jméno</w:t>
      </w:r>
      <w:proofErr w:type="spellEnd"/>
      <w:r w:rsidRPr="00FC4F41">
        <w:rPr>
          <w:rFonts w:asciiTheme="majorHAnsi" w:hAnsiTheme="majorHAnsi" w:cstheme="majorHAnsi"/>
        </w:rPr>
        <w:t xml:space="preserve"> a </w:t>
      </w:r>
      <w:proofErr w:type="spellStart"/>
      <w:r w:rsidRPr="00FC4F41">
        <w:rPr>
          <w:rFonts w:asciiTheme="majorHAnsi" w:hAnsiTheme="majorHAnsi" w:cstheme="majorHAnsi"/>
        </w:rPr>
        <w:t>příjmení</w:t>
      </w:r>
      <w:proofErr w:type="spellEnd"/>
      <w:r w:rsidRPr="00FC4F41">
        <w:rPr>
          <w:rFonts w:asciiTheme="majorHAnsi" w:hAnsiTheme="majorHAnsi" w:cstheme="majorHAnsi"/>
        </w:rPr>
        <w:t>:</w:t>
      </w:r>
      <w:r w:rsidR="00FC4F4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701926478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2CF3E5DA" w14:textId="025FA339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 xml:space="preserve">Datum </w:t>
      </w:r>
      <w:proofErr w:type="spellStart"/>
      <w:r w:rsidRPr="00FC4F41">
        <w:rPr>
          <w:rFonts w:asciiTheme="majorHAnsi" w:hAnsiTheme="majorHAnsi" w:cstheme="majorHAnsi"/>
        </w:rPr>
        <w:t>narození</w:t>
      </w:r>
      <w:proofErr w:type="spellEnd"/>
      <w:r w:rsidRPr="00FC4F41">
        <w:rPr>
          <w:rFonts w:asciiTheme="majorHAnsi" w:hAnsiTheme="majorHAnsi" w:cstheme="majorHAnsi"/>
        </w:rPr>
        <w:t xml:space="preserve">: </w:t>
      </w:r>
      <w:sdt>
        <w:sdtPr>
          <w:rPr>
            <w:rFonts w:asciiTheme="majorHAnsi" w:hAnsiTheme="majorHAnsi" w:cstheme="majorHAnsi"/>
          </w:rPr>
          <w:id w:val="-1155990695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23C5B630" w14:textId="7ACB2D9E" w:rsidR="00315957" w:rsidRPr="00FC4F41" w:rsidRDefault="00000000">
      <w:pPr>
        <w:rPr>
          <w:rFonts w:asciiTheme="majorHAnsi" w:hAnsiTheme="majorHAnsi" w:cstheme="majorHAnsi"/>
        </w:rPr>
      </w:pPr>
      <w:proofErr w:type="spellStart"/>
      <w:r w:rsidRPr="00FC4F41">
        <w:rPr>
          <w:rFonts w:asciiTheme="majorHAnsi" w:hAnsiTheme="majorHAnsi" w:cstheme="majorHAnsi"/>
        </w:rPr>
        <w:t>Adresa</w:t>
      </w:r>
      <w:proofErr w:type="spellEnd"/>
      <w:r w:rsidRPr="00FC4F41">
        <w:rPr>
          <w:rFonts w:asciiTheme="majorHAnsi" w:hAnsiTheme="majorHAnsi" w:cstheme="majorHAnsi"/>
        </w:rPr>
        <w:t xml:space="preserve">: </w:t>
      </w:r>
      <w:sdt>
        <w:sdtPr>
          <w:rPr>
            <w:rFonts w:asciiTheme="majorHAnsi" w:hAnsiTheme="majorHAnsi" w:cstheme="majorHAnsi"/>
          </w:rPr>
          <w:id w:val="361178543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72EB08AE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3DB8F2B9" w14:textId="77777777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čestně prohlašuji, že jsem vykonával/a trenérskou praxi v oblasti rope skipping (jump rope) v následujícím rozsahu:</w:t>
      </w:r>
    </w:p>
    <w:p w14:paraId="7B447241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0BE019A8" w14:textId="68CB3754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 xml:space="preserve">ODDÍL / ORGANIZACE: </w:t>
      </w:r>
      <w:sdt>
        <w:sdtPr>
          <w:rPr>
            <w:rFonts w:asciiTheme="majorHAnsi" w:hAnsiTheme="majorHAnsi" w:cstheme="majorHAnsi"/>
          </w:rPr>
          <w:id w:val="1970472590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2F450731" w14:textId="7D048D76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 xml:space="preserve">OBDOBÍ (od – do): </w:t>
      </w:r>
      <w:sdt>
        <w:sdtPr>
          <w:rPr>
            <w:rFonts w:asciiTheme="majorHAnsi" w:hAnsiTheme="majorHAnsi" w:cstheme="majorHAnsi"/>
          </w:rPr>
          <w:id w:val="195813921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0631AF62" w14:textId="59EFB87C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 xml:space="preserve">DÉLKA PRAXE CELKEM: </w:t>
      </w:r>
      <w:sdt>
        <w:sdtPr>
          <w:rPr>
            <w:rFonts w:asciiTheme="majorHAnsi" w:hAnsiTheme="majorHAnsi" w:cstheme="majorHAnsi"/>
          </w:rPr>
          <w:id w:val="-2084207333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3B21E824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1ED386FF" w14:textId="77777777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NÁPLŇ ČINNOSTI:</w:t>
      </w:r>
    </w:p>
    <w:p w14:paraId="33EE96EA" w14:textId="72C7BE47" w:rsidR="00315957" w:rsidRPr="00FC4F41" w:rsidRDefault="00FC4F41">
      <w:pPr>
        <w:rPr>
          <w:rFonts w:asciiTheme="majorHAnsi" w:hAnsiTheme="majorHAnsi" w:cstheme="majorHAnsi"/>
          <w:lang w:val="cs-CZ"/>
        </w:rPr>
      </w:pPr>
      <w:sdt>
        <w:sdtPr>
          <w:rPr>
            <w:rFonts w:asciiTheme="majorHAnsi" w:hAnsiTheme="majorHAnsi" w:cstheme="majorHAnsi"/>
          </w:rPr>
          <w:id w:val="-886562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>
        <w:rPr>
          <w:rFonts w:asciiTheme="majorHAnsi" w:hAnsiTheme="majorHAnsi" w:cstheme="majorHAnsi"/>
        </w:rPr>
        <w:t xml:space="preserve"> </w:t>
      </w:r>
      <w:r w:rsidR="00000000" w:rsidRPr="00FC4F41">
        <w:rPr>
          <w:rFonts w:asciiTheme="majorHAnsi" w:hAnsiTheme="majorHAnsi" w:cstheme="majorHAnsi"/>
          <w:lang w:val="cs-CZ"/>
        </w:rPr>
        <w:t>asistence trenérovi</w:t>
      </w:r>
    </w:p>
    <w:p w14:paraId="63206446" w14:textId="73DBAB44" w:rsidR="00315957" w:rsidRPr="00FC4F41" w:rsidRDefault="00FC4F41">
      <w:pPr>
        <w:rPr>
          <w:rFonts w:asciiTheme="majorHAnsi" w:hAnsiTheme="majorHAnsi" w:cstheme="majorHAnsi"/>
          <w:lang w:val="cs-CZ"/>
        </w:rPr>
      </w:pPr>
      <w:sdt>
        <w:sdtPr>
          <w:rPr>
            <w:rFonts w:asciiTheme="majorHAnsi" w:hAnsiTheme="majorHAnsi" w:cstheme="majorHAnsi"/>
            <w:lang w:val="cs-CZ"/>
          </w:rPr>
          <w:id w:val="-2112966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4F41">
            <w:rPr>
              <w:rFonts w:ascii="MS Gothic" w:eastAsia="MS Gothic" w:hAnsi="MS Gothic" w:cstheme="majorHAnsi"/>
              <w:lang w:val="cs-CZ"/>
            </w:rPr>
            <w:t>☐</w:t>
          </w:r>
        </w:sdtContent>
      </w:sdt>
      <w:r>
        <w:rPr>
          <w:rFonts w:asciiTheme="majorHAnsi" w:hAnsiTheme="majorHAnsi" w:cstheme="majorHAnsi"/>
          <w:lang w:val="cs-CZ"/>
        </w:rPr>
        <w:t xml:space="preserve"> </w:t>
      </w:r>
      <w:r w:rsidR="00000000" w:rsidRPr="00FC4F41">
        <w:rPr>
          <w:rFonts w:asciiTheme="majorHAnsi" w:hAnsiTheme="majorHAnsi" w:cstheme="majorHAnsi"/>
          <w:lang w:val="cs-CZ"/>
        </w:rPr>
        <w:t>vedení tréninků</w:t>
      </w:r>
    </w:p>
    <w:p w14:paraId="6CB3C664" w14:textId="4D464B1C" w:rsidR="00315957" w:rsidRPr="00FC4F41" w:rsidRDefault="00FC4F41">
      <w:pPr>
        <w:rPr>
          <w:rFonts w:asciiTheme="majorHAnsi" w:hAnsiTheme="majorHAnsi" w:cstheme="majorHAnsi"/>
          <w:lang w:val="cs-CZ"/>
        </w:rPr>
      </w:pPr>
      <w:sdt>
        <w:sdtPr>
          <w:rPr>
            <w:rFonts w:asciiTheme="majorHAnsi" w:hAnsiTheme="majorHAnsi" w:cstheme="majorHAnsi"/>
            <w:lang w:val="cs-CZ"/>
          </w:rPr>
          <w:id w:val="1218321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4F41">
            <w:rPr>
              <w:rFonts w:ascii="MS Gothic" w:eastAsia="MS Gothic" w:hAnsi="MS Gothic" w:cstheme="majorHAnsi"/>
              <w:lang w:val="cs-CZ"/>
            </w:rPr>
            <w:t>☐</w:t>
          </w:r>
        </w:sdtContent>
      </w:sdt>
      <w:r>
        <w:rPr>
          <w:rFonts w:asciiTheme="majorHAnsi" w:hAnsiTheme="majorHAnsi" w:cstheme="majorHAnsi"/>
          <w:lang w:val="cs-CZ"/>
        </w:rPr>
        <w:t xml:space="preserve"> </w:t>
      </w:r>
      <w:r w:rsidR="00000000" w:rsidRPr="00FC4F41">
        <w:rPr>
          <w:rFonts w:asciiTheme="majorHAnsi" w:hAnsiTheme="majorHAnsi" w:cstheme="majorHAnsi"/>
          <w:lang w:val="cs-CZ"/>
        </w:rPr>
        <w:t>vedení kroužků</w:t>
      </w:r>
    </w:p>
    <w:p w14:paraId="47CED8EC" w14:textId="1CBC514F" w:rsidR="00315957" w:rsidRPr="00FC4F41" w:rsidRDefault="00FC4F41">
      <w:pPr>
        <w:rPr>
          <w:rFonts w:asciiTheme="majorHAnsi" w:hAnsiTheme="majorHAnsi" w:cstheme="majorHAnsi"/>
          <w:lang w:val="cs-CZ"/>
        </w:rPr>
      </w:pPr>
      <w:sdt>
        <w:sdtPr>
          <w:rPr>
            <w:rFonts w:asciiTheme="majorHAnsi" w:hAnsiTheme="majorHAnsi" w:cstheme="majorHAnsi"/>
            <w:lang w:val="cs-CZ"/>
          </w:rPr>
          <w:id w:val="116945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4F41">
            <w:rPr>
              <w:rFonts w:ascii="MS Gothic" w:eastAsia="MS Gothic" w:hAnsi="MS Gothic" w:cstheme="majorHAnsi"/>
              <w:lang w:val="cs-CZ"/>
            </w:rPr>
            <w:t>☐</w:t>
          </w:r>
        </w:sdtContent>
      </w:sdt>
      <w:r>
        <w:rPr>
          <w:rFonts w:asciiTheme="majorHAnsi" w:hAnsiTheme="majorHAnsi" w:cstheme="majorHAnsi"/>
          <w:lang w:val="cs-CZ"/>
        </w:rPr>
        <w:t xml:space="preserve"> </w:t>
      </w:r>
      <w:r w:rsidR="00000000" w:rsidRPr="00FC4F41">
        <w:rPr>
          <w:rFonts w:asciiTheme="majorHAnsi" w:hAnsiTheme="majorHAnsi" w:cstheme="majorHAnsi"/>
          <w:lang w:val="cs-CZ"/>
        </w:rPr>
        <w:t>doprovod na závodech</w:t>
      </w:r>
    </w:p>
    <w:p w14:paraId="6564B378" w14:textId="7F87F8E5" w:rsidR="00315957" w:rsidRPr="00FC4F41" w:rsidRDefault="00FC4F41">
      <w:pPr>
        <w:rPr>
          <w:rFonts w:asciiTheme="majorHAnsi" w:hAnsiTheme="majorHAnsi" w:cstheme="majorHAnsi"/>
          <w:lang w:val="cs-CZ"/>
        </w:rPr>
      </w:pPr>
      <w:sdt>
        <w:sdtPr>
          <w:rPr>
            <w:rFonts w:asciiTheme="majorHAnsi" w:hAnsiTheme="majorHAnsi" w:cstheme="majorHAnsi"/>
            <w:lang w:val="cs-CZ"/>
          </w:rPr>
          <w:id w:val="932330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4F41">
            <w:rPr>
              <w:rFonts w:ascii="MS Gothic" w:eastAsia="MS Gothic" w:hAnsi="MS Gothic" w:cstheme="majorHAnsi"/>
              <w:lang w:val="cs-CZ"/>
            </w:rPr>
            <w:t>☐</w:t>
          </w:r>
        </w:sdtContent>
      </w:sdt>
      <w:r>
        <w:rPr>
          <w:rFonts w:asciiTheme="majorHAnsi" w:hAnsiTheme="majorHAnsi" w:cstheme="majorHAnsi"/>
          <w:lang w:val="cs-CZ"/>
        </w:rPr>
        <w:t xml:space="preserve"> </w:t>
      </w:r>
      <w:r w:rsidR="00000000" w:rsidRPr="00FC4F41">
        <w:rPr>
          <w:rFonts w:asciiTheme="majorHAnsi" w:hAnsiTheme="majorHAnsi" w:cstheme="majorHAnsi"/>
          <w:lang w:val="cs-CZ"/>
        </w:rPr>
        <w:t>organizace sportovních akcí</w:t>
      </w:r>
    </w:p>
    <w:p w14:paraId="6345E559" w14:textId="250A851B" w:rsidR="00315957" w:rsidRPr="00FC4F41" w:rsidRDefault="00FC4F41">
      <w:pPr>
        <w:rPr>
          <w:rFonts w:asciiTheme="majorHAnsi" w:hAnsiTheme="majorHAnsi" w:cstheme="majorHAnsi"/>
          <w:lang w:val="cs-CZ"/>
        </w:rPr>
      </w:pPr>
      <w:sdt>
        <w:sdtPr>
          <w:rPr>
            <w:rFonts w:asciiTheme="majorHAnsi" w:hAnsiTheme="majorHAnsi" w:cstheme="majorHAnsi"/>
            <w:lang w:val="cs-CZ"/>
          </w:rPr>
          <w:id w:val="1384446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lang w:val="cs-CZ"/>
            </w:rPr>
            <w:t>☐</w:t>
          </w:r>
        </w:sdtContent>
      </w:sdt>
      <w:r>
        <w:rPr>
          <w:rFonts w:asciiTheme="majorHAnsi" w:hAnsiTheme="majorHAnsi" w:cstheme="majorHAnsi"/>
          <w:lang w:val="cs-CZ"/>
        </w:rPr>
        <w:t xml:space="preserve"> </w:t>
      </w:r>
      <w:r w:rsidR="00000000" w:rsidRPr="00FC4F41">
        <w:rPr>
          <w:rFonts w:asciiTheme="majorHAnsi" w:hAnsiTheme="majorHAnsi" w:cstheme="majorHAnsi"/>
          <w:lang w:val="cs-CZ"/>
        </w:rPr>
        <w:t xml:space="preserve">jiná činnost: </w:t>
      </w:r>
      <w:sdt>
        <w:sdtPr>
          <w:rPr>
            <w:rFonts w:asciiTheme="majorHAnsi" w:hAnsiTheme="majorHAnsi" w:cstheme="majorHAnsi"/>
            <w:lang w:val="cs-CZ"/>
          </w:rPr>
          <w:id w:val="-562557728"/>
          <w:placeholder>
            <w:docPart w:val="DefaultPlaceholder_-1854013440"/>
          </w:placeholder>
          <w:showingPlcHdr/>
        </w:sdtPr>
        <w:sdtContent>
          <w:r w:rsidRPr="009B4F80">
            <w:rPr>
              <w:rStyle w:val="Zstupntext"/>
            </w:rPr>
            <w:t>Klikněte nebo klepněte sem a zadejte text.</w:t>
          </w:r>
        </w:sdtContent>
      </w:sdt>
    </w:p>
    <w:p w14:paraId="0B7C709C" w14:textId="77777777" w:rsidR="00315957" w:rsidRDefault="00315957">
      <w:pPr>
        <w:rPr>
          <w:rFonts w:asciiTheme="majorHAnsi" w:hAnsiTheme="majorHAnsi" w:cstheme="majorHAnsi"/>
        </w:rPr>
      </w:pPr>
    </w:p>
    <w:p w14:paraId="51B90981" w14:textId="77777777" w:rsidR="00FC4F41" w:rsidRDefault="00FC4F41">
      <w:pPr>
        <w:rPr>
          <w:rFonts w:asciiTheme="majorHAnsi" w:hAnsiTheme="majorHAnsi" w:cstheme="majorHAnsi"/>
        </w:rPr>
      </w:pPr>
    </w:p>
    <w:p w14:paraId="384F00F0" w14:textId="77777777" w:rsidR="00FC4F41" w:rsidRPr="00FC4F41" w:rsidRDefault="00FC4F41">
      <w:pPr>
        <w:rPr>
          <w:rFonts w:asciiTheme="majorHAnsi" w:hAnsiTheme="majorHAnsi" w:cstheme="majorHAnsi"/>
        </w:rPr>
      </w:pPr>
    </w:p>
    <w:p w14:paraId="3FF8CC04" w14:textId="77777777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lastRenderedPageBreak/>
        <w:t>DALŠÍ UPŘESNĚNÍ:</w:t>
      </w:r>
    </w:p>
    <w:sdt>
      <w:sdtPr>
        <w:rPr>
          <w:rFonts w:asciiTheme="majorHAnsi" w:hAnsiTheme="majorHAnsi" w:cstheme="majorHAnsi"/>
        </w:rPr>
        <w:id w:val="379526946"/>
        <w:placeholder>
          <w:docPart w:val="DefaultPlaceholder_-1854013440"/>
        </w:placeholder>
        <w:showingPlcHdr/>
      </w:sdtPr>
      <w:sdtContent>
        <w:p w14:paraId="46B789E6" w14:textId="1BCAC23D" w:rsidR="00315957" w:rsidRPr="00FC4F41" w:rsidRDefault="00FC4F41">
          <w:pPr>
            <w:rPr>
              <w:rFonts w:asciiTheme="majorHAnsi" w:hAnsiTheme="majorHAnsi" w:cstheme="majorHAnsi"/>
            </w:rPr>
          </w:pPr>
          <w:r w:rsidRPr="009B4F80">
            <w:rPr>
              <w:rStyle w:val="Zstupntext"/>
            </w:rPr>
            <w:t>Klikněte nebo klepněte sem a zadejte text.</w:t>
          </w:r>
        </w:p>
      </w:sdtContent>
    </w:sdt>
    <w:p w14:paraId="58D04646" w14:textId="3D132D1F" w:rsidR="00FC4F41" w:rsidRPr="00FC4F41" w:rsidRDefault="00FC4F41" w:rsidP="00FC4F41">
      <w:pPr>
        <w:rPr>
          <w:rFonts w:asciiTheme="majorHAnsi" w:hAnsiTheme="majorHAnsi" w:cstheme="majorHAnsi"/>
        </w:rPr>
      </w:pPr>
    </w:p>
    <w:p w14:paraId="3CE5A5A2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51101177" w14:textId="77777777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Prohlašuji, že výše uvedené údaje jsou pravdivé a jsem si vědom/a důsledků uvedení nepravdivých informací.</w:t>
      </w:r>
    </w:p>
    <w:p w14:paraId="707AE55C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35BDE02D" w14:textId="7F34F64D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 xml:space="preserve">V </w:t>
      </w:r>
      <w:sdt>
        <w:sdtPr>
          <w:rPr>
            <w:rFonts w:asciiTheme="majorHAnsi" w:hAnsiTheme="majorHAnsi" w:cstheme="majorHAnsi"/>
          </w:rPr>
          <w:id w:val="-409624460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  <w:r w:rsidRPr="00FC4F41">
        <w:rPr>
          <w:rFonts w:asciiTheme="majorHAnsi" w:hAnsiTheme="majorHAnsi" w:cstheme="majorHAnsi"/>
        </w:rPr>
        <w:t xml:space="preserve"> </w:t>
      </w:r>
      <w:proofErr w:type="spellStart"/>
      <w:r w:rsidRPr="00FC4F41">
        <w:rPr>
          <w:rFonts w:asciiTheme="majorHAnsi" w:hAnsiTheme="majorHAnsi" w:cstheme="majorHAnsi"/>
        </w:rPr>
        <w:t>dne</w:t>
      </w:r>
      <w:proofErr w:type="spellEnd"/>
      <w:r w:rsidR="00FC4F4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713571583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188098EB" w14:textId="77777777" w:rsidR="00FC4F41" w:rsidRDefault="00FC4F41">
      <w:pPr>
        <w:rPr>
          <w:rFonts w:asciiTheme="majorHAnsi" w:hAnsiTheme="majorHAnsi" w:cstheme="majorHAnsi"/>
        </w:rPr>
      </w:pPr>
    </w:p>
    <w:p w14:paraId="401D37BD" w14:textId="77777777" w:rsidR="00FC4F41" w:rsidRPr="00FC4F41" w:rsidRDefault="00FC4F41">
      <w:pPr>
        <w:rPr>
          <w:rFonts w:asciiTheme="majorHAnsi" w:hAnsiTheme="majorHAnsi" w:cstheme="majorHAnsi"/>
        </w:rPr>
      </w:pPr>
    </w:p>
    <w:p w14:paraId="504DEB99" w14:textId="70A64E94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Podpis: ..................................................</w:t>
      </w:r>
      <w:r w:rsidR="00FC4F41" w:rsidRPr="00FC4F41">
        <w:rPr>
          <w:rFonts w:asciiTheme="majorHAnsi" w:hAnsiTheme="majorHAnsi" w:cstheme="majorHAnsi"/>
        </w:rPr>
        <w:t>.................................</w:t>
      </w:r>
      <w:r w:rsidRPr="00FC4F41">
        <w:rPr>
          <w:rFonts w:asciiTheme="majorHAnsi" w:hAnsiTheme="majorHAnsi" w:cstheme="majorHAnsi"/>
        </w:rPr>
        <w:t>...............</w:t>
      </w:r>
    </w:p>
    <w:p w14:paraId="585430D6" w14:textId="77777777" w:rsidR="00315957" w:rsidRPr="00FC4F41" w:rsidRDefault="00315957">
      <w:pPr>
        <w:rPr>
          <w:rFonts w:asciiTheme="majorHAnsi" w:hAnsiTheme="majorHAnsi" w:cstheme="majorHAnsi"/>
        </w:rPr>
      </w:pPr>
    </w:p>
    <w:p w14:paraId="7F5160CD" w14:textId="77777777" w:rsidR="00FC4F41" w:rsidRPr="00FC4F41" w:rsidRDefault="00FC4F41">
      <w:pPr>
        <w:rPr>
          <w:rFonts w:asciiTheme="majorHAnsi" w:hAnsiTheme="majorHAnsi" w:cstheme="majorHAnsi"/>
        </w:rPr>
      </w:pPr>
    </w:p>
    <w:p w14:paraId="30E25CEE" w14:textId="77777777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POTVRZENÍ GARANTUJÍCÍM TRENÉREM (</w:t>
      </w:r>
      <w:proofErr w:type="spellStart"/>
      <w:r w:rsidRPr="00FC4F41">
        <w:rPr>
          <w:rFonts w:asciiTheme="majorHAnsi" w:hAnsiTheme="majorHAnsi" w:cstheme="majorHAnsi"/>
        </w:rPr>
        <w:t>licence</w:t>
      </w:r>
      <w:proofErr w:type="spellEnd"/>
      <w:r w:rsidRPr="00FC4F41">
        <w:rPr>
          <w:rFonts w:asciiTheme="majorHAnsi" w:hAnsiTheme="majorHAnsi" w:cstheme="majorHAnsi"/>
        </w:rPr>
        <w:t xml:space="preserve"> B </w:t>
      </w:r>
      <w:proofErr w:type="spellStart"/>
      <w:r w:rsidRPr="00FC4F41">
        <w:rPr>
          <w:rFonts w:asciiTheme="majorHAnsi" w:hAnsiTheme="majorHAnsi" w:cstheme="majorHAnsi"/>
        </w:rPr>
        <w:t>nebo</w:t>
      </w:r>
      <w:proofErr w:type="spellEnd"/>
      <w:r w:rsidRPr="00FC4F41">
        <w:rPr>
          <w:rFonts w:asciiTheme="majorHAnsi" w:hAnsiTheme="majorHAnsi" w:cstheme="majorHAnsi"/>
        </w:rPr>
        <w:t xml:space="preserve"> A):</w:t>
      </w:r>
    </w:p>
    <w:p w14:paraId="0CE722DC" w14:textId="77777777" w:rsidR="00FC4F41" w:rsidRPr="00FC4F41" w:rsidRDefault="00FC4F41">
      <w:pPr>
        <w:rPr>
          <w:rFonts w:asciiTheme="majorHAnsi" w:hAnsiTheme="majorHAnsi" w:cstheme="majorHAnsi"/>
        </w:rPr>
      </w:pPr>
    </w:p>
    <w:p w14:paraId="6CE7D158" w14:textId="27F22319" w:rsidR="00FC4F41" w:rsidRPr="00FC4F41" w:rsidRDefault="00000000">
      <w:pPr>
        <w:rPr>
          <w:rFonts w:asciiTheme="majorHAnsi" w:hAnsiTheme="majorHAnsi" w:cstheme="majorHAnsi"/>
        </w:rPr>
      </w:pPr>
      <w:proofErr w:type="spellStart"/>
      <w:r w:rsidRPr="00FC4F41">
        <w:rPr>
          <w:rFonts w:asciiTheme="majorHAnsi" w:hAnsiTheme="majorHAnsi" w:cstheme="majorHAnsi"/>
        </w:rPr>
        <w:t>Jméno</w:t>
      </w:r>
      <w:proofErr w:type="spellEnd"/>
      <w:r w:rsidRPr="00FC4F41">
        <w:rPr>
          <w:rFonts w:asciiTheme="majorHAnsi" w:hAnsiTheme="majorHAnsi" w:cstheme="majorHAnsi"/>
        </w:rPr>
        <w:t xml:space="preserve"> </w:t>
      </w:r>
      <w:proofErr w:type="spellStart"/>
      <w:r w:rsidRPr="00FC4F41">
        <w:rPr>
          <w:rFonts w:asciiTheme="majorHAnsi" w:hAnsiTheme="majorHAnsi" w:cstheme="majorHAnsi"/>
        </w:rPr>
        <w:t>trenéra</w:t>
      </w:r>
      <w:proofErr w:type="spellEnd"/>
      <w:r w:rsidRPr="00FC4F41">
        <w:rPr>
          <w:rFonts w:asciiTheme="majorHAnsi" w:hAnsiTheme="majorHAnsi" w:cstheme="majorHAnsi"/>
        </w:rPr>
        <w:t xml:space="preserve">: </w:t>
      </w:r>
      <w:r w:rsidR="00FC4F4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751737474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5349E7E5" w14:textId="09E21801" w:rsidR="00315957" w:rsidRPr="00FC4F41" w:rsidRDefault="00000000">
      <w:pPr>
        <w:rPr>
          <w:rFonts w:asciiTheme="majorHAnsi" w:hAnsiTheme="majorHAnsi" w:cstheme="majorHAnsi"/>
        </w:rPr>
      </w:pPr>
      <w:proofErr w:type="spellStart"/>
      <w:r w:rsidRPr="00FC4F41">
        <w:rPr>
          <w:rFonts w:asciiTheme="majorHAnsi" w:hAnsiTheme="majorHAnsi" w:cstheme="majorHAnsi"/>
        </w:rPr>
        <w:t>Licence</w:t>
      </w:r>
      <w:proofErr w:type="spellEnd"/>
      <w:r w:rsidRPr="00FC4F41">
        <w:rPr>
          <w:rFonts w:asciiTheme="majorHAnsi" w:hAnsiTheme="majorHAnsi" w:cstheme="majorHAnsi"/>
        </w:rPr>
        <w:t xml:space="preserve">: </w:t>
      </w:r>
      <w:r w:rsidR="00FC4F4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964341313"/>
          <w:placeholder>
            <w:docPart w:val="DefaultPlaceholder_-1854013440"/>
          </w:placeholder>
          <w:showingPlcHdr/>
        </w:sdtPr>
        <w:sdtContent>
          <w:r w:rsidR="00FC4F41" w:rsidRPr="009B4F80">
            <w:rPr>
              <w:rStyle w:val="Zstupntext"/>
            </w:rPr>
            <w:t>Klikněte nebo klepněte sem a zadejte text.</w:t>
          </w:r>
        </w:sdtContent>
      </w:sdt>
    </w:p>
    <w:p w14:paraId="6DA7EB7D" w14:textId="77777777" w:rsidR="00FC4F41" w:rsidRDefault="00FC4F41">
      <w:pPr>
        <w:rPr>
          <w:rFonts w:asciiTheme="majorHAnsi" w:hAnsiTheme="majorHAnsi" w:cstheme="majorHAnsi"/>
        </w:rPr>
      </w:pPr>
    </w:p>
    <w:p w14:paraId="2296DB1C" w14:textId="77777777" w:rsidR="00FC4F41" w:rsidRPr="00FC4F41" w:rsidRDefault="00FC4F41">
      <w:pPr>
        <w:rPr>
          <w:rFonts w:asciiTheme="majorHAnsi" w:hAnsiTheme="majorHAnsi" w:cstheme="majorHAnsi"/>
        </w:rPr>
      </w:pPr>
    </w:p>
    <w:p w14:paraId="5552113C" w14:textId="17CB66B9" w:rsidR="00315957" w:rsidRPr="00FC4F41" w:rsidRDefault="00000000">
      <w:pPr>
        <w:rPr>
          <w:rFonts w:asciiTheme="majorHAnsi" w:hAnsiTheme="majorHAnsi" w:cstheme="majorHAnsi"/>
        </w:rPr>
      </w:pPr>
      <w:r w:rsidRPr="00FC4F41">
        <w:rPr>
          <w:rFonts w:asciiTheme="majorHAnsi" w:hAnsiTheme="majorHAnsi" w:cstheme="majorHAnsi"/>
        </w:rPr>
        <w:t>Podpis: .................................................................</w:t>
      </w:r>
      <w:r w:rsidR="00FC4F41" w:rsidRPr="00FC4F41">
        <w:rPr>
          <w:rFonts w:asciiTheme="majorHAnsi" w:hAnsiTheme="majorHAnsi" w:cstheme="majorHAnsi"/>
        </w:rPr>
        <w:t>................................</w:t>
      </w:r>
    </w:p>
    <w:sectPr w:rsidR="00315957" w:rsidRPr="00FC4F41" w:rsidSect="00FC4F41">
      <w:headerReference w:type="default" r:id="rId8"/>
      <w:footerReference w:type="default" r:id="rId9"/>
      <w:pgSz w:w="12240" w:h="15840"/>
      <w:pgMar w:top="198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F3EA" w14:textId="77777777" w:rsidR="00BB355F" w:rsidRDefault="00BB355F">
      <w:pPr>
        <w:spacing w:after="0" w:line="240" w:lineRule="auto"/>
      </w:pPr>
      <w:r>
        <w:separator/>
      </w:r>
    </w:p>
  </w:endnote>
  <w:endnote w:type="continuationSeparator" w:id="0">
    <w:p w14:paraId="1317A530" w14:textId="77777777" w:rsidR="00BB355F" w:rsidRDefault="00BB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89796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18"/>
        <w:szCs w:val="18"/>
      </w:rPr>
    </w:sdtEndPr>
    <w:sdtContent>
      <w:p w14:paraId="6ADD7FAF" w14:textId="36D73872" w:rsidR="00FC4F41" w:rsidRPr="00FC4F41" w:rsidRDefault="00FC4F41">
        <w:pPr>
          <w:pStyle w:val="Zpat"/>
          <w:jc w:val="center"/>
          <w:rPr>
            <w:rFonts w:asciiTheme="majorHAnsi" w:hAnsiTheme="majorHAnsi" w:cstheme="majorHAnsi"/>
            <w:sz w:val="18"/>
            <w:szCs w:val="18"/>
          </w:rPr>
        </w:pPr>
        <w:r w:rsidRPr="00FC4F41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FC4F41">
          <w:rPr>
            <w:rFonts w:asciiTheme="majorHAnsi" w:hAnsiTheme="majorHAnsi" w:cstheme="majorHAnsi"/>
            <w:sz w:val="18"/>
            <w:szCs w:val="18"/>
          </w:rPr>
          <w:instrText>PAGE   \* MERGEFORMAT</w:instrText>
        </w:r>
        <w:r w:rsidRPr="00FC4F41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FC4F41">
          <w:rPr>
            <w:rFonts w:asciiTheme="majorHAnsi" w:hAnsiTheme="majorHAnsi" w:cstheme="majorHAnsi"/>
            <w:sz w:val="18"/>
            <w:szCs w:val="18"/>
            <w:lang w:val="cs-CZ"/>
          </w:rPr>
          <w:t>2</w:t>
        </w:r>
        <w:r w:rsidRPr="00FC4F41">
          <w:rPr>
            <w:rFonts w:asciiTheme="majorHAnsi" w:hAnsiTheme="majorHAnsi" w:cstheme="majorHAnsi"/>
            <w:sz w:val="18"/>
            <w:szCs w:val="18"/>
          </w:rPr>
          <w:fldChar w:fldCharType="end"/>
        </w:r>
      </w:p>
    </w:sdtContent>
  </w:sdt>
  <w:p w14:paraId="32B21BDE" w14:textId="24D3C29B" w:rsidR="00FC4F41" w:rsidRPr="00FC4F41" w:rsidRDefault="00FC4F41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9609" w14:textId="77777777" w:rsidR="00BB355F" w:rsidRDefault="00BB355F">
      <w:pPr>
        <w:spacing w:after="0" w:line="240" w:lineRule="auto"/>
      </w:pPr>
      <w:r>
        <w:separator/>
      </w:r>
    </w:p>
  </w:footnote>
  <w:footnote w:type="continuationSeparator" w:id="0">
    <w:p w14:paraId="513537E6" w14:textId="77777777" w:rsidR="00BB355F" w:rsidRDefault="00BB3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ABBA" w14:textId="44D2E93E" w:rsidR="00315957" w:rsidRDefault="00315957">
    <w:pPr>
      <w:pStyle w:val="Zhlav"/>
    </w:pPr>
  </w:p>
  <w:tbl>
    <w:tblPr>
      <w:tblW w:w="0" w:type="auto"/>
      <w:tblLook w:val="04A0" w:firstRow="1" w:lastRow="0" w:firstColumn="1" w:lastColumn="0" w:noHBand="0" w:noVBand="1"/>
    </w:tblPr>
    <w:tblGrid>
      <w:gridCol w:w="4320"/>
    </w:tblGrid>
    <w:tr w:rsidR="00FC4F41" w14:paraId="0C7178E3" w14:textId="77777777">
      <w:tc>
        <w:tcPr>
          <w:tcW w:w="4320" w:type="dxa"/>
        </w:tcPr>
        <w:p w14:paraId="14C5C634" w14:textId="6A4AC876" w:rsidR="00FC4F41" w:rsidRDefault="00FC4F41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E31044E" wp14:editId="1575B717">
                <wp:simplePos x="0" y="0"/>
                <wp:positionH relativeFrom="column">
                  <wp:posOffset>2019300</wp:posOffset>
                </wp:positionH>
                <wp:positionV relativeFrom="paragraph">
                  <wp:posOffset>-544830</wp:posOffset>
                </wp:positionV>
                <wp:extent cx="1371600" cy="1371600"/>
                <wp:effectExtent l="0" t="0" r="0" b="0"/>
                <wp:wrapNone/>
                <wp:docPr id="207955475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revny, 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4097523">
    <w:abstractNumId w:val="8"/>
  </w:num>
  <w:num w:numId="2" w16cid:durableId="1146580435">
    <w:abstractNumId w:val="6"/>
  </w:num>
  <w:num w:numId="3" w16cid:durableId="688261145">
    <w:abstractNumId w:val="5"/>
  </w:num>
  <w:num w:numId="4" w16cid:durableId="846214754">
    <w:abstractNumId w:val="4"/>
  </w:num>
  <w:num w:numId="5" w16cid:durableId="1008363975">
    <w:abstractNumId w:val="7"/>
  </w:num>
  <w:num w:numId="6" w16cid:durableId="741023765">
    <w:abstractNumId w:val="3"/>
  </w:num>
  <w:num w:numId="7" w16cid:durableId="2135129061">
    <w:abstractNumId w:val="2"/>
  </w:num>
  <w:num w:numId="8" w16cid:durableId="155346281">
    <w:abstractNumId w:val="1"/>
  </w:num>
  <w:num w:numId="9" w16cid:durableId="37185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pdT2EdoWklNMIbmQX/lpzhgAjnpwhNb7uYAQkC9wjtIzC1VU3621tx067Cj1eCtMESvCqkoSq+zpdOdWLNz92w==" w:salt="S2OVsczn3LqJhg5f1p4gHg==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1CB7"/>
    <w:rsid w:val="0029639D"/>
    <w:rsid w:val="00315957"/>
    <w:rsid w:val="00326F90"/>
    <w:rsid w:val="005E4DCA"/>
    <w:rsid w:val="00776570"/>
    <w:rsid w:val="00AA1D8D"/>
    <w:rsid w:val="00B47730"/>
    <w:rsid w:val="00BB355F"/>
    <w:rsid w:val="00CB0664"/>
    <w:rsid w:val="00DC757E"/>
    <w:rsid w:val="00FC4F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A7CD6"/>
  <w14:defaultImageDpi w14:val="300"/>
  <w15:docId w15:val="{7213A605-EEBD-4DD9-BF9B-E4C93954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Standardnpsmoodstavce"/>
    <w:uiPriority w:val="99"/>
    <w:semiHidden/>
    <w:rsid w:val="00FC4F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194949-7963-498E-8862-6738C01931CB}"/>
      </w:docPartPr>
      <w:docPartBody>
        <w:p w:rsidR="00000000" w:rsidRDefault="00765968">
          <w:r w:rsidRPr="009B4F8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68"/>
    <w:rsid w:val="00765968"/>
    <w:rsid w:val="00776570"/>
    <w:rsid w:val="009B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6596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Jeřábková</cp:lastModifiedBy>
  <cp:revision>3</cp:revision>
  <cp:lastPrinted>2026-09-09T18:35:00Z</cp:lastPrinted>
  <dcterms:created xsi:type="dcterms:W3CDTF">2013-12-23T23:15:00Z</dcterms:created>
  <dcterms:modified xsi:type="dcterms:W3CDTF">2026-09-09T18:38:00Z</dcterms:modified>
  <cp:category/>
</cp:coreProperties>
</file>